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/>
      </w:pPr>
      <w:r>
        <w:rPr>
          <w:b/>
        </w:rPr>
        <w:t>СметаПросто</w:t>
      </w:r>
    </w:p>
    <w:p>
      <w:r>
        <w:rPr>
          <w:color w:val="6B7680"/>
          <w:sz w:val="18"/>
        </w:rPr>
        <w:t>smetaprosto.by</w:t>
      </w:r>
    </w:p>
    <w:p>
      <w:pPr>
        <w:spacing w:after="0"/>
      </w:pPr>
      <w:r>
        <w:rPr>
          <w:b/>
          <w:color w:val="2A2521"/>
          <w:sz w:val="28"/>
        </w:rPr>
        <w:t>АКТ ВЫПОЛНЕННЫХ РАБОТ</w:t>
      </w:r>
    </w:p>
    <w:p>
      <w:r>
        <w:rPr>
          <w:color w:val="6B7680"/>
          <w:sz w:val="18"/>
        </w:rPr>
        <w:t>№ ____ от «____» _______ 20__ г.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4933"/>
        <w:gridCol w:w="4933"/>
      </w:tblGrid>
      <w:tr>
        <w:tc>
          <w:tcPr>
            <w:tcW w:type="dxa" w:w="4933"/>
          </w:tcPr>
          <w:p>
            <w:r>
              <w:rPr>
                <w:b/>
                <w:sz w:val="18"/>
              </w:rPr>
              <w:t>ПО ДОГОВОРУ</w:t>
            </w:r>
          </w:p>
        </w:tc>
        <w:tc>
          <w:tcPr>
            <w:tcW w:type="dxa" w:w="4933"/>
          </w:tcPr>
          <w:p>
            <w:r>
              <w:t>к договору № ____ от __________</w:t>
            </w:r>
          </w:p>
        </w:tc>
      </w:tr>
      <w:tr>
        <w:tc>
          <w:tcPr>
            <w:tcW w:type="dxa" w:w="4933"/>
          </w:tcPr>
          <w:p>
            <w:r>
              <w:rPr>
                <w:b/>
                <w:sz w:val="18"/>
              </w:rPr>
              <w:t>ОБЪЕКТ</w:t>
            </w:r>
          </w:p>
        </w:tc>
        <w:tc>
          <w:tcPr>
            <w:tcW w:type="dxa" w:w="4933"/>
          </w:tcPr>
          <w:p>
            <w:r>
              <w:t>_________________________</w:t>
            </w:r>
          </w:p>
        </w:tc>
      </w:tr>
      <w:tr>
        <w:tc>
          <w:tcPr>
            <w:tcW w:type="dxa" w:w="4933"/>
          </w:tcPr>
          <w:p>
            <w:r>
              <w:rPr>
                <w:b/>
                <w:sz w:val="18"/>
              </w:rPr>
              <w:t>ИСПОЛНИТЕЛЬ</w:t>
            </w:r>
          </w:p>
        </w:tc>
        <w:tc>
          <w:tcPr>
            <w:tcW w:type="dxa" w:w="4933"/>
          </w:tcPr>
          <w:p>
            <w:r>
              <w:t>_________________________</w:t>
            </w:r>
          </w:p>
        </w:tc>
      </w:tr>
      <w:tr>
        <w:tc>
          <w:tcPr>
            <w:tcW w:type="dxa" w:w="4933"/>
          </w:tcPr>
          <w:p>
            <w:r>
              <w:rPr>
                <w:b/>
                <w:sz w:val="18"/>
              </w:rPr>
              <w:t>ЗАКАЗЧИК</w:t>
            </w:r>
          </w:p>
        </w:tc>
        <w:tc>
          <w:tcPr>
            <w:tcW w:type="dxa" w:w="4933"/>
          </w:tcPr>
          <w:p>
            <w:r>
              <w:t>_________________________</w:t>
            </w:r>
          </w:p>
        </w:tc>
      </w:tr>
    </w:tbl>
    <w:p/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644"/>
        <w:gridCol w:w="1644"/>
        <w:gridCol w:w="1644"/>
        <w:gridCol w:w="1644"/>
        <w:gridCol w:w="1644"/>
        <w:gridCol w:w="1644"/>
      </w:tblGrid>
      <w:tr>
        <w:tc>
          <w:tcPr>
            <w:tcW w:type="dxa" w:w="1644"/>
          </w:tcPr>
          <w:p>
            <w:r>
              <w:rPr>
                <w:b/>
                <w:sz w:val="18"/>
              </w:rPr>
              <w:t>№</w:t>
            </w:r>
          </w:p>
        </w:tc>
        <w:tc>
          <w:tcPr>
            <w:tcW w:type="dxa" w:w="1644"/>
          </w:tcPr>
          <w:p>
            <w:r>
              <w:rPr>
                <w:b/>
                <w:sz w:val="18"/>
              </w:rPr>
              <w:t>НАИМЕНОВАНИЕ РАБОТЫ</w:t>
            </w:r>
          </w:p>
        </w:tc>
        <w:tc>
          <w:tcPr>
            <w:tcW w:type="dxa" w:w="1644"/>
          </w:tcPr>
          <w:p>
            <w:r>
              <w:rPr>
                <w:b/>
                <w:sz w:val="18"/>
              </w:rPr>
              <w:t>ЕД.</w:t>
            </w:r>
          </w:p>
        </w:tc>
        <w:tc>
          <w:tcPr>
            <w:tcW w:type="dxa" w:w="1644"/>
          </w:tcPr>
          <w:p>
            <w:r>
              <w:rPr>
                <w:b/>
                <w:sz w:val="18"/>
              </w:rPr>
              <w:t>КОЛ-ВО</w:t>
            </w:r>
          </w:p>
        </w:tc>
        <w:tc>
          <w:tcPr>
            <w:tcW w:type="dxa" w:w="1644"/>
          </w:tcPr>
          <w:p>
            <w:r>
              <w:rPr>
                <w:b/>
                <w:sz w:val="18"/>
              </w:rPr>
              <w:t>ЦЕНА ЗА ЕД., Br</w:t>
            </w:r>
          </w:p>
        </w:tc>
        <w:tc>
          <w:tcPr>
            <w:tcW w:type="dxa" w:w="1644"/>
          </w:tcPr>
          <w:p>
            <w:r>
              <w:rPr>
                <w:b/>
                <w:sz w:val="18"/>
              </w:rPr>
              <w:t>СУММА, Br</w:t>
            </w:r>
          </w:p>
        </w:tc>
      </w:tr>
      <w:tr>
        <w:tc>
          <w:tcPr>
            <w:tcW w:type="dxa" w:w="1644"/>
          </w:tcPr>
          <w:p>
            <w:r/>
          </w:p>
        </w:tc>
        <w:tc>
          <w:tcPr>
            <w:tcW w:type="dxa" w:w="1644"/>
          </w:tcPr>
          <w:p>
            <w:r/>
          </w:p>
        </w:tc>
        <w:tc>
          <w:tcPr>
            <w:tcW w:type="dxa" w:w="1644"/>
          </w:tcPr>
          <w:p>
            <w:r/>
          </w:p>
        </w:tc>
        <w:tc>
          <w:tcPr>
            <w:tcW w:type="dxa" w:w="1644"/>
          </w:tcPr>
          <w:p>
            <w:r/>
          </w:p>
        </w:tc>
        <w:tc>
          <w:tcPr>
            <w:tcW w:type="dxa" w:w="1644"/>
          </w:tcPr>
          <w:p>
            <w:r/>
          </w:p>
        </w:tc>
        <w:tc>
          <w:tcPr>
            <w:tcW w:type="dxa" w:w="1644"/>
          </w:tcPr>
          <w:p>
            <w:r/>
          </w:p>
        </w:tc>
      </w:tr>
      <w:tr>
        <w:tc>
          <w:tcPr>
            <w:tcW w:type="dxa" w:w="1644"/>
          </w:tcPr>
          <w:p>
            <w:r/>
          </w:p>
        </w:tc>
        <w:tc>
          <w:tcPr>
            <w:tcW w:type="dxa" w:w="1644"/>
          </w:tcPr>
          <w:p>
            <w:r/>
          </w:p>
        </w:tc>
        <w:tc>
          <w:tcPr>
            <w:tcW w:type="dxa" w:w="1644"/>
          </w:tcPr>
          <w:p>
            <w:r/>
          </w:p>
        </w:tc>
        <w:tc>
          <w:tcPr>
            <w:tcW w:type="dxa" w:w="1644"/>
          </w:tcPr>
          <w:p>
            <w:r/>
          </w:p>
        </w:tc>
        <w:tc>
          <w:tcPr>
            <w:tcW w:type="dxa" w:w="1644"/>
          </w:tcPr>
          <w:p>
            <w:r/>
          </w:p>
        </w:tc>
        <w:tc>
          <w:tcPr>
            <w:tcW w:type="dxa" w:w="1644"/>
          </w:tcPr>
          <w:p>
            <w:r/>
          </w:p>
        </w:tc>
      </w:tr>
      <w:tr>
        <w:tc>
          <w:tcPr>
            <w:tcW w:type="dxa" w:w="1644"/>
          </w:tcPr>
          <w:p>
            <w:r/>
          </w:p>
        </w:tc>
        <w:tc>
          <w:tcPr>
            <w:tcW w:type="dxa" w:w="1644"/>
          </w:tcPr>
          <w:p>
            <w:r/>
          </w:p>
        </w:tc>
        <w:tc>
          <w:tcPr>
            <w:tcW w:type="dxa" w:w="1644"/>
          </w:tcPr>
          <w:p>
            <w:r/>
          </w:p>
        </w:tc>
        <w:tc>
          <w:tcPr>
            <w:tcW w:type="dxa" w:w="1644"/>
          </w:tcPr>
          <w:p>
            <w:r/>
          </w:p>
        </w:tc>
        <w:tc>
          <w:tcPr>
            <w:tcW w:type="dxa" w:w="1644"/>
          </w:tcPr>
          <w:p>
            <w:r/>
          </w:p>
        </w:tc>
        <w:tc>
          <w:tcPr>
            <w:tcW w:type="dxa" w:w="1644"/>
          </w:tcPr>
          <w:p>
            <w:r/>
          </w:p>
        </w:tc>
      </w:tr>
      <w:tr>
        <w:tc>
          <w:tcPr>
            <w:tcW w:type="dxa" w:w="1644"/>
          </w:tcPr>
          <w:p>
            <w:r/>
          </w:p>
        </w:tc>
        <w:tc>
          <w:tcPr>
            <w:tcW w:type="dxa" w:w="1644"/>
          </w:tcPr>
          <w:p>
            <w:r/>
          </w:p>
        </w:tc>
        <w:tc>
          <w:tcPr>
            <w:tcW w:type="dxa" w:w="1644"/>
          </w:tcPr>
          <w:p>
            <w:r/>
          </w:p>
        </w:tc>
        <w:tc>
          <w:tcPr>
            <w:tcW w:type="dxa" w:w="1644"/>
          </w:tcPr>
          <w:p>
            <w:r/>
          </w:p>
        </w:tc>
        <w:tc>
          <w:tcPr>
            <w:tcW w:type="dxa" w:w="1644"/>
          </w:tcPr>
          <w:p>
            <w:r/>
          </w:p>
        </w:tc>
        <w:tc>
          <w:tcPr>
            <w:tcW w:type="dxa" w:w="1644"/>
          </w:tcPr>
          <w:p>
            <w:r/>
          </w:p>
        </w:tc>
      </w:tr>
      <w:tr>
        <w:tc>
          <w:tcPr>
            <w:tcW w:type="dxa" w:w="1644"/>
          </w:tcPr>
          <w:p>
            <w:r/>
          </w:p>
        </w:tc>
        <w:tc>
          <w:tcPr>
            <w:tcW w:type="dxa" w:w="1644"/>
          </w:tcPr>
          <w:p>
            <w:r/>
          </w:p>
        </w:tc>
        <w:tc>
          <w:tcPr>
            <w:tcW w:type="dxa" w:w="1644"/>
          </w:tcPr>
          <w:p>
            <w:r/>
          </w:p>
        </w:tc>
        <w:tc>
          <w:tcPr>
            <w:tcW w:type="dxa" w:w="1644"/>
          </w:tcPr>
          <w:p>
            <w:r/>
          </w:p>
        </w:tc>
        <w:tc>
          <w:tcPr>
            <w:tcW w:type="dxa" w:w="1644"/>
          </w:tcPr>
          <w:p>
            <w:r/>
          </w:p>
        </w:tc>
        <w:tc>
          <w:tcPr>
            <w:tcW w:type="dxa" w:w="1644"/>
          </w:tcPr>
          <w:p>
            <w:r/>
          </w:p>
        </w:tc>
      </w:tr>
      <w:tr>
        <w:tc>
          <w:tcPr>
            <w:tcW w:type="dxa" w:w="1644"/>
          </w:tcPr>
          <w:p>
            <w:r/>
          </w:p>
        </w:tc>
        <w:tc>
          <w:tcPr>
            <w:tcW w:type="dxa" w:w="1644"/>
          </w:tcPr>
          <w:p>
            <w:r/>
          </w:p>
        </w:tc>
        <w:tc>
          <w:tcPr>
            <w:tcW w:type="dxa" w:w="1644"/>
          </w:tcPr>
          <w:p>
            <w:r/>
          </w:p>
        </w:tc>
        <w:tc>
          <w:tcPr>
            <w:tcW w:type="dxa" w:w="1644"/>
          </w:tcPr>
          <w:p>
            <w:r/>
          </w:p>
        </w:tc>
        <w:tc>
          <w:tcPr>
            <w:tcW w:type="dxa" w:w="1644"/>
          </w:tcPr>
          <w:p>
            <w:r/>
          </w:p>
        </w:tc>
        <w:tc>
          <w:tcPr>
            <w:tcW w:type="dxa" w:w="1644"/>
          </w:tcPr>
          <w:p>
            <w:r/>
          </w:p>
        </w:tc>
      </w:tr>
      <w:tr>
        <w:tc>
          <w:tcPr>
            <w:tcW w:type="dxa" w:w="1644"/>
          </w:tcPr>
          <w:p>
            <w:r/>
          </w:p>
        </w:tc>
        <w:tc>
          <w:tcPr>
            <w:tcW w:type="dxa" w:w="1644"/>
          </w:tcPr>
          <w:p>
            <w:r/>
          </w:p>
        </w:tc>
        <w:tc>
          <w:tcPr>
            <w:tcW w:type="dxa" w:w="1644"/>
          </w:tcPr>
          <w:p>
            <w:r/>
          </w:p>
        </w:tc>
        <w:tc>
          <w:tcPr>
            <w:tcW w:type="dxa" w:w="1644"/>
          </w:tcPr>
          <w:p>
            <w:r/>
          </w:p>
        </w:tc>
        <w:tc>
          <w:tcPr>
            <w:tcW w:type="dxa" w:w="1644"/>
          </w:tcPr>
          <w:p>
            <w:r/>
          </w:p>
        </w:tc>
        <w:tc>
          <w:tcPr>
            <w:tcW w:type="dxa" w:w="1644"/>
          </w:tcPr>
          <w:p>
            <w:r/>
          </w:p>
        </w:tc>
      </w:tr>
      <w:tr>
        <w:tc>
          <w:tcPr>
            <w:tcW w:type="dxa" w:w="1644"/>
          </w:tcPr>
          <w:p>
            <w:r/>
          </w:p>
        </w:tc>
        <w:tc>
          <w:tcPr>
            <w:tcW w:type="dxa" w:w="1644"/>
          </w:tcPr>
          <w:p>
            <w:r/>
          </w:p>
        </w:tc>
        <w:tc>
          <w:tcPr>
            <w:tcW w:type="dxa" w:w="1644"/>
          </w:tcPr>
          <w:p>
            <w:r/>
          </w:p>
        </w:tc>
        <w:tc>
          <w:tcPr>
            <w:tcW w:type="dxa" w:w="1644"/>
          </w:tcPr>
          <w:p>
            <w:r/>
          </w:p>
        </w:tc>
        <w:tc>
          <w:tcPr>
            <w:tcW w:type="dxa" w:w="1644"/>
          </w:tcPr>
          <w:p>
            <w:r/>
          </w:p>
        </w:tc>
        <w:tc>
          <w:tcPr>
            <w:tcW w:type="dxa" w:w="1644"/>
          </w:tcPr>
          <w:p>
            <w:r/>
          </w:p>
        </w:tc>
      </w:tr>
      <w:tr>
        <w:tc>
          <w:tcPr>
            <w:tcW w:type="dxa" w:w="1644"/>
          </w:tcPr>
          <w:p>
            <w:r/>
          </w:p>
        </w:tc>
        <w:tc>
          <w:tcPr>
            <w:tcW w:type="dxa" w:w="1644"/>
          </w:tcPr>
          <w:p>
            <w:r/>
          </w:p>
        </w:tc>
        <w:tc>
          <w:tcPr>
            <w:tcW w:type="dxa" w:w="1644"/>
          </w:tcPr>
          <w:p>
            <w:r/>
          </w:p>
        </w:tc>
        <w:tc>
          <w:tcPr>
            <w:tcW w:type="dxa" w:w="1644"/>
          </w:tcPr>
          <w:p>
            <w:r/>
          </w:p>
        </w:tc>
        <w:tc>
          <w:tcPr>
            <w:tcW w:type="dxa" w:w="1644"/>
          </w:tcPr>
          <w:p>
            <w:r/>
          </w:p>
        </w:tc>
        <w:tc>
          <w:tcPr>
            <w:tcW w:type="dxa" w:w="1644"/>
          </w:tcPr>
          <w:p>
            <w:r/>
          </w:p>
        </w:tc>
      </w:tr>
      <w:tr>
        <w:tc>
          <w:tcPr>
            <w:tcW w:type="dxa" w:w="1644"/>
          </w:tcPr>
          <w:p>
            <w:r/>
          </w:p>
        </w:tc>
        <w:tc>
          <w:tcPr>
            <w:tcW w:type="dxa" w:w="1644"/>
          </w:tcPr>
          <w:p>
            <w:r/>
          </w:p>
        </w:tc>
        <w:tc>
          <w:tcPr>
            <w:tcW w:type="dxa" w:w="1644"/>
          </w:tcPr>
          <w:p>
            <w:r/>
          </w:p>
        </w:tc>
        <w:tc>
          <w:tcPr>
            <w:tcW w:type="dxa" w:w="1644"/>
          </w:tcPr>
          <w:p>
            <w:r/>
          </w:p>
        </w:tc>
        <w:tc>
          <w:tcPr>
            <w:tcW w:type="dxa" w:w="1644"/>
          </w:tcPr>
          <w:p>
            <w:r/>
          </w:p>
        </w:tc>
        <w:tc>
          <w:tcPr>
            <w:tcW w:type="dxa" w:w="1644"/>
          </w:tcPr>
          <w:p>
            <w:r/>
          </w:p>
        </w:tc>
      </w:tr>
      <w:tr>
        <w:tc>
          <w:tcPr>
            <w:tcW w:type="dxa" w:w="1644"/>
          </w:tcPr>
          <w:p>
            <w:r/>
          </w:p>
        </w:tc>
        <w:tc>
          <w:tcPr>
            <w:tcW w:type="dxa" w:w="1644"/>
          </w:tcPr>
          <w:p>
            <w:r/>
          </w:p>
        </w:tc>
        <w:tc>
          <w:tcPr>
            <w:tcW w:type="dxa" w:w="1644"/>
          </w:tcPr>
          <w:p>
            <w:r/>
          </w:p>
        </w:tc>
        <w:tc>
          <w:tcPr>
            <w:tcW w:type="dxa" w:w="1644"/>
          </w:tcPr>
          <w:p>
            <w:r/>
          </w:p>
        </w:tc>
        <w:tc>
          <w:tcPr>
            <w:tcW w:type="dxa" w:w="1644"/>
          </w:tcPr>
          <w:p>
            <w:r>
              <w:t>ИТОГО</w:t>
            </w:r>
          </w:p>
        </w:tc>
        <w:tc>
          <w:tcPr>
            <w:tcW w:type="dxa" w:w="1644"/>
          </w:tcPr>
          <w:p>
            <w:r/>
          </w:p>
        </w:tc>
      </w:tr>
    </w:tbl>
    <w:p/>
    <w:p>
      <w:r>
        <w:t>Сумма прописью: ______________________________________________</w:t>
      </w:r>
    </w:p>
    <w:p>
      <w:pPr>
        <w:spacing w:after="40"/>
      </w:pPr>
      <w:r>
        <w:rPr>
          <w:color w:val="6B7680"/>
          <w:sz w:val="18"/>
        </w:rPr>
        <w:t>Заготовка для работ по заказу гражданина. Объёмы указываются фактические. Если одна из Сторон отказывается подписать акт, в акте делается отметка о мотивах отказа, и акт подписывает вторая Сторона.</w:t>
      </w:r>
    </w:p>
    <w:p>
      <w:r>
        <w:t>Работы выполнены в полном объёме и в срок. Заказчик работы принял, претензий по объёму, качеству и срокам не имеет.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4933"/>
        <w:gridCol w:w="4933"/>
      </w:tblGrid>
      <w:tr>
        <w:tc>
          <w:tcPr>
            <w:tcW w:type="dxa" w:w="4933"/>
          </w:tcPr>
          <w:p>
            <w:r>
              <w:rPr>
                <w:b/>
                <w:sz w:val="18"/>
              </w:rPr>
              <w:t>ИСПОЛНИТЕЛЬ (ПОДПИСЬ, РАСШИФРОВКА)</w:t>
            </w:r>
          </w:p>
        </w:tc>
        <w:tc>
          <w:tcPr>
            <w:tcW w:type="dxa" w:w="4933"/>
          </w:tcPr>
          <w:p>
            <w:r>
              <w:t>__________ / ________________</w:t>
            </w:r>
          </w:p>
        </w:tc>
      </w:tr>
      <w:tr>
        <w:tc>
          <w:tcPr>
            <w:tcW w:type="dxa" w:w="4933"/>
          </w:tcPr>
          <w:p>
            <w:r>
              <w:rPr>
                <w:b/>
                <w:sz w:val="18"/>
              </w:rPr>
              <w:t>ЗАКАЗЧИК (ПОДПИСЬ, РАСШИФРОВКА)</w:t>
            </w:r>
          </w:p>
        </w:tc>
        <w:tc>
          <w:tcPr>
            <w:tcW w:type="dxa" w:w="4933"/>
          </w:tcPr>
          <w:p>
            <w:r>
              <w:t>__________ / ________________</w:t>
            </w:r>
          </w:p>
        </w:tc>
      </w:tr>
      <w:tr>
        <w:tc>
          <w:tcPr>
            <w:tcW w:type="dxa" w:w="4933"/>
          </w:tcPr>
          <w:p>
            <w:r>
              <w:rPr>
                <w:b/>
                <w:sz w:val="18"/>
              </w:rPr>
              <w:t>ДАТА ПОДПИСАНИЯ</w:t>
            </w:r>
          </w:p>
        </w:tc>
        <w:tc>
          <w:tcPr>
            <w:tcW w:type="dxa" w:w="4933"/>
          </w:tcPr>
          <w:p>
            <w:r>
              <w:t>«____» __________ 20__ г.</w:t>
            </w:r>
          </w:p>
        </w:tc>
      </w:tr>
    </w:tbl>
    <w:p/>
    <w:p>
      <w:pPr>
        <w:spacing w:after="40"/>
      </w:pPr>
      <w:r>
        <w:rPr>
          <w:color w:val="6B7680"/>
          <w:sz w:val="18"/>
        </w:rPr>
        <w:t>Составлено в СметаПросто · smetaprosto.by</w:t>
      </w:r>
    </w:p>
    <w:p>
      <w:r>
        <w:br w:type="page"/>
      </w:r>
    </w:p>
    <w:p>
      <w:pPr>
        <w:spacing w:after="0"/>
      </w:pPr>
      <w:r>
        <w:rPr>
          <w:b/>
        </w:rPr>
        <w:t>СметаПросто</w:t>
      </w:r>
    </w:p>
    <w:p>
      <w:r>
        <w:rPr>
          <w:color w:val="6B7680"/>
          <w:sz w:val="18"/>
        </w:rPr>
        <w:t>smetaprosto.by</w:t>
      </w:r>
    </w:p>
    <w:p>
      <w:pPr>
        <w:spacing w:after="0"/>
      </w:pPr>
      <w:r>
        <w:rPr>
          <w:b/>
          <w:color w:val="2A2521"/>
          <w:sz w:val="28"/>
        </w:rPr>
        <w:t>АКТ ВЫПОЛНЕННЫХ РАБОТ</w:t>
      </w:r>
    </w:p>
    <w:p>
      <w:r>
        <w:rPr>
          <w:color w:val="6B7680"/>
          <w:sz w:val="18"/>
        </w:rPr>
        <w:t>№ 4 от 22.08.2026 · пример заполнения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4933"/>
        <w:gridCol w:w="4933"/>
      </w:tblGrid>
      <w:tr>
        <w:tc>
          <w:tcPr>
            <w:tcW w:type="dxa" w:w="4933"/>
          </w:tcPr>
          <w:p>
            <w:r>
              <w:rPr>
                <w:b/>
                <w:sz w:val="18"/>
              </w:rPr>
              <w:t>ПО ДОГОВОРУ</w:t>
            </w:r>
          </w:p>
        </w:tc>
        <w:tc>
          <w:tcPr>
            <w:tcW w:type="dxa" w:w="4933"/>
          </w:tcPr>
          <w:p>
            <w:r>
              <w:t>к договору № 2 от 01.08.2026</w:t>
            </w:r>
          </w:p>
        </w:tc>
      </w:tr>
      <w:tr>
        <w:tc>
          <w:tcPr>
            <w:tcW w:type="dxa" w:w="4933"/>
          </w:tcPr>
          <w:p>
            <w:r>
              <w:rPr>
                <w:b/>
                <w:sz w:val="18"/>
              </w:rPr>
              <w:t>ОБЪЕКТ</w:t>
            </w:r>
          </w:p>
        </w:tc>
        <w:tc>
          <w:tcPr>
            <w:tcW w:type="dxa" w:w="4933"/>
          </w:tcPr>
          <w:p>
            <w:r>
              <w:t>г. Минск, ул. Притыцкого, 62, кв. 41</w:t>
            </w:r>
          </w:p>
        </w:tc>
      </w:tr>
      <w:tr>
        <w:tc>
          <w:tcPr>
            <w:tcW w:type="dxa" w:w="4933"/>
          </w:tcPr>
          <w:p>
            <w:r>
              <w:rPr>
                <w:b/>
                <w:sz w:val="18"/>
              </w:rPr>
              <w:t>ИСПОЛНИТЕЛЬ</w:t>
            </w:r>
          </w:p>
        </w:tc>
        <w:tc>
          <w:tcPr>
            <w:tcW w:type="dxa" w:w="4933"/>
          </w:tcPr>
          <w:p>
            <w:r>
              <w:t>Савицкий А. П.</w:t>
            </w:r>
          </w:p>
        </w:tc>
      </w:tr>
      <w:tr>
        <w:tc>
          <w:tcPr>
            <w:tcW w:type="dxa" w:w="4933"/>
          </w:tcPr>
          <w:p>
            <w:r>
              <w:rPr>
                <w:b/>
                <w:sz w:val="18"/>
              </w:rPr>
              <w:t>ЗАКАЗЧИК</w:t>
            </w:r>
          </w:p>
        </w:tc>
        <w:tc>
          <w:tcPr>
            <w:tcW w:type="dxa" w:w="4933"/>
          </w:tcPr>
          <w:p>
            <w:r>
              <w:t>Ковалевич Д. И.</w:t>
            </w:r>
          </w:p>
        </w:tc>
      </w:tr>
    </w:tbl>
    <w:p/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644"/>
        <w:gridCol w:w="1644"/>
        <w:gridCol w:w="1644"/>
        <w:gridCol w:w="1644"/>
        <w:gridCol w:w="1644"/>
        <w:gridCol w:w="1644"/>
      </w:tblGrid>
      <w:tr>
        <w:tc>
          <w:tcPr>
            <w:tcW w:type="dxa" w:w="1644"/>
          </w:tcPr>
          <w:p>
            <w:r>
              <w:rPr>
                <w:b/>
                <w:sz w:val="18"/>
              </w:rPr>
              <w:t>№</w:t>
            </w:r>
          </w:p>
        </w:tc>
        <w:tc>
          <w:tcPr>
            <w:tcW w:type="dxa" w:w="1644"/>
          </w:tcPr>
          <w:p>
            <w:r>
              <w:rPr>
                <w:b/>
                <w:sz w:val="18"/>
              </w:rPr>
              <w:t>НАИМЕНОВАНИЕ РАБОТЫ</w:t>
            </w:r>
          </w:p>
        </w:tc>
        <w:tc>
          <w:tcPr>
            <w:tcW w:type="dxa" w:w="1644"/>
          </w:tcPr>
          <w:p>
            <w:r>
              <w:rPr>
                <w:b/>
                <w:sz w:val="18"/>
              </w:rPr>
              <w:t>ЕД.</w:t>
            </w:r>
          </w:p>
        </w:tc>
        <w:tc>
          <w:tcPr>
            <w:tcW w:type="dxa" w:w="1644"/>
          </w:tcPr>
          <w:p>
            <w:r>
              <w:rPr>
                <w:b/>
                <w:sz w:val="18"/>
              </w:rPr>
              <w:t>КОЛ-ВО</w:t>
            </w:r>
          </w:p>
        </w:tc>
        <w:tc>
          <w:tcPr>
            <w:tcW w:type="dxa" w:w="1644"/>
          </w:tcPr>
          <w:p>
            <w:r>
              <w:rPr>
                <w:b/>
                <w:sz w:val="18"/>
              </w:rPr>
              <w:t>ЦЕНА ЗА ЕД., Br</w:t>
            </w:r>
          </w:p>
        </w:tc>
        <w:tc>
          <w:tcPr>
            <w:tcW w:type="dxa" w:w="1644"/>
          </w:tcPr>
          <w:p>
            <w:r>
              <w:rPr>
                <w:b/>
                <w:sz w:val="18"/>
              </w:rPr>
              <w:t>СУММА, Br</w:t>
            </w:r>
          </w:p>
        </w:tc>
      </w:tr>
      <w:tr>
        <w:tc>
          <w:tcPr>
            <w:tcW w:type="dxa" w:w="1644"/>
          </w:tcPr>
          <w:p>
            <w:r>
              <w:t>1</w:t>
            </w:r>
          </w:p>
        </w:tc>
        <w:tc>
          <w:tcPr>
            <w:tcW w:type="dxa" w:w="1644"/>
          </w:tcPr>
          <w:p>
            <w:r>
              <w:t>Гипсовая штукатурка по маякам</w:t>
            </w:r>
          </w:p>
        </w:tc>
        <w:tc>
          <w:tcPr>
            <w:tcW w:type="dxa" w:w="1644"/>
          </w:tcPr>
          <w:p>
            <w:r>
              <w:t>м²</w:t>
            </w:r>
          </w:p>
        </w:tc>
        <w:tc>
          <w:tcPr>
            <w:tcW w:type="dxa" w:w="1644"/>
          </w:tcPr>
          <w:p>
            <w:r>
              <w:t>46,2</w:t>
            </w:r>
          </w:p>
        </w:tc>
        <w:tc>
          <w:tcPr>
            <w:tcW w:type="dxa" w:w="1644"/>
          </w:tcPr>
          <w:p>
            <w:r>
              <w:t>18</w:t>
            </w:r>
          </w:p>
        </w:tc>
        <w:tc>
          <w:tcPr>
            <w:tcW w:type="dxa" w:w="1644"/>
          </w:tcPr>
          <w:p>
            <w:r>
              <w:t>832</w:t>
            </w:r>
          </w:p>
        </w:tc>
      </w:tr>
      <w:tr>
        <w:tc>
          <w:tcPr>
            <w:tcW w:type="dxa" w:w="1644"/>
          </w:tcPr>
          <w:p>
            <w:r>
              <w:t>2</w:t>
            </w:r>
          </w:p>
        </w:tc>
        <w:tc>
          <w:tcPr>
            <w:tcW w:type="dxa" w:w="1644"/>
          </w:tcPr>
          <w:p>
            <w:r>
              <w:t>Цементно-песчаная стяжка по маякам</w:t>
            </w:r>
          </w:p>
        </w:tc>
        <w:tc>
          <w:tcPr>
            <w:tcW w:type="dxa" w:w="1644"/>
          </w:tcPr>
          <w:p>
            <w:r>
              <w:t>м²</w:t>
            </w:r>
          </w:p>
        </w:tc>
        <w:tc>
          <w:tcPr>
            <w:tcW w:type="dxa" w:w="1644"/>
          </w:tcPr>
          <w:p>
            <w:r>
              <w:t>21,8</w:t>
            </w:r>
          </w:p>
        </w:tc>
        <w:tc>
          <w:tcPr>
            <w:tcW w:type="dxa" w:w="1644"/>
          </w:tcPr>
          <w:p>
            <w:r>
              <w:t>20</w:t>
            </w:r>
          </w:p>
        </w:tc>
        <w:tc>
          <w:tcPr>
            <w:tcW w:type="dxa" w:w="1644"/>
          </w:tcPr>
          <w:p>
            <w:r>
              <w:t>436</w:t>
            </w:r>
          </w:p>
        </w:tc>
      </w:tr>
      <w:tr>
        <w:tc>
          <w:tcPr>
            <w:tcW w:type="dxa" w:w="1644"/>
          </w:tcPr>
          <w:p>
            <w:r>
              <w:t>3</w:t>
            </w:r>
          </w:p>
        </w:tc>
        <w:tc>
          <w:tcPr>
            <w:tcW w:type="dxa" w:w="1644"/>
          </w:tcPr>
          <w:p>
            <w:r>
              <w:t>Гидроизоляция санузла, обмазочная</w:t>
            </w:r>
          </w:p>
        </w:tc>
        <w:tc>
          <w:tcPr>
            <w:tcW w:type="dxa" w:w="1644"/>
          </w:tcPr>
          <w:p>
            <w:r>
              <w:t>м²</w:t>
            </w:r>
          </w:p>
        </w:tc>
        <w:tc>
          <w:tcPr>
            <w:tcW w:type="dxa" w:w="1644"/>
          </w:tcPr>
          <w:p>
            <w:r>
              <w:t>9,4</w:t>
            </w:r>
          </w:p>
        </w:tc>
        <w:tc>
          <w:tcPr>
            <w:tcW w:type="dxa" w:w="1644"/>
          </w:tcPr>
          <w:p>
            <w:r>
              <w:t>12</w:t>
            </w:r>
          </w:p>
        </w:tc>
        <w:tc>
          <w:tcPr>
            <w:tcW w:type="dxa" w:w="1644"/>
          </w:tcPr>
          <w:p>
            <w:r>
              <w:t>113</w:t>
            </w:r>
          </w:p>
        </w:tc>
      </w:tr>
      <w:tr>
        <w:tc>
          <w:tcPr>
            <w:tcW w:type="dxa" w:w="1644"/>
          </w:tcPr>
          <w:p>
            <w:r/>
          </w:p>
        </w:tc>
        <w:tc>
          <w:tcPr>
            <w:tcW w:type="dxa" w:w="1644"/>
          </w:tcPr>
          <w:p>
            <w:r/>
          </w:p>
        </w:tc>
        <w:tc>
          <w:tcPr>
            <w:tcW w:type="dxa" w:w="1644"/>
          </w:tcPr>
          <w:p>
            <w:r/>
          </w:p>
        </w:tc>
        <w:tc>
          <w:tcPr>
            <w:tcW w:type="dxa" w:w="1644"/>
          </w:tcPr>
          <w:p>
            <w:r/>
          </w:p>
        </w:tc>
        <w:tc>
          <w:tcPr>
            <w:tcW w:type="dxa" w:w="1644"/>
          </w:tcPr>
          <w:p>
            <w:r>
              <w:t>ИТОГО</w:t>
            </w:r>
          </w:p>
        </w:tc>
        <w:tc>
          <w:tcPr>
            <w:tcW w:type="dxa" w:w="1644"/>
          </w:tcPr>
          <w:p>
            <w:r>
              <w:t>1 381</w:t>
            </w:r>
          </w:p>
        </w:tc>
      </w:tr>
    </w:tbl>
    <w:p/>
    <w:p>
      <w:r>
        <w:t>Сумма прописью: ______________________________________________</w:t>
      </w:r>
    </w:p>
    <w:p>
      <w:r>
        <w:t>Работы выполнены в полном объёме и в срок. Заказчик работы принял, претензий по объёму, качеству и срокам не имеет.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4933"/>
        <w:gridCol w:w="4933"/>
      </w:tblGrid>
      <w:tr>
        <w:tc>
          <w:tcPr>
            <w:tcW w:type="dxa" w:w="4933"/>
          </w:tcPr>
          <w:p>
            <w:r>
              <w:rPr>
                <w:b/>
                <w:sz w:val="18"/>
              </w:rPr>
              <w:t>ИСПОЛНИТЕЛЬ (ПОДПИСЬ, РАСШИФРОВКА)</w:t>
            </w:r>
          </w:p>
        </w:tc>
        <w:tc>
          <w:tcPr>
            <w:tcW w:type="dxa" w:w="4933"/>
          </w:tcPr>
          <w:p>
            <w:r>
              <w:t>Савицкий А. П.</w:t>
            </w:r>
          </w:p>
        </w:tc>
      </w:tr>
      <w:tr>
        <w:tc>
          <w:tcPr>
            <w:tcW w:type="dxa" w:w="4933"/>
          </w:tcPr>
          <w:p>
            <w:r>
              <w:rPr>
                <w:b/>
                <w:sz w:val="18"/>
              </w:rPr>
              <w:t>ЗАКАЗЧИК (ПОДПИСЬ, РАСШИФРОВКА)</w:t>
            </w:r>
          </w:p>
        </w:tc>
        <w:tc>
          <w:tcPr>
            <w:tcW w:type="dxa" w:w="4933"/>
          </w:tcPr>
          <w:p>
            <w:r>
              <w:t>Ковалевич Д. И.</w:t>
            </w:r>
          </w:p>
        </w:tc>
      </w:tr>
      <w:tr>
        <w:tc>
          <w:tcPr>
            <w:tcW w:type="dxa" w:w="4933"/>
          </w:tcPr>
          <w:p>
            <w:r>
              <w:rPr>
                <w:b/>
                <w:sz w:val="18"/>
              </w:rPr>
              <w:t>ДАТА ПОДПИСАНИЯ</w:t>
            </w:r>
          </w:p>
        </w:tc>
        <w:tc>
          <w:tcPr>
            <w:tcW w:type="dxa" w:w="4933"/>
          </w:tcPr>
          <w:p>
            <w:r>
              <w:t>22.08.2026</w:t>
            </w:r>
          </w:p>
        </w:tc>
      </w:tr>
    </w:tbl>
    <w:p/>
    <w:p>
      <w:pPr>
        <w:spacing w:after="40"/>
      </w:pPr>
      <w:r>
        <w:rPr>
          <w:color w:val="6B7680"/>
          <w:sz w:val="18"/>
        </w:rPr>
        <w:t>Составлено в СметаПросто · smetaprosto.by</w:t>
      </w:r>
    </w:p>
    <w:sectPr w:rsidR="00FC693F" w:rsidRPr="0006063C" w:rsidSect="00034616">
      <w:pgSz w:w="11906" w:h="16838"/>
      <w:pgMar w:top="850" w:right="1020" w:bottom="850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